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6F75" w14:textId="2F767272" w:rsidR="00762016" w:rsidRPr="007F22BE" w:rsidRDefault="00000000" w:rsidP="007F22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F22BE">
        <w:rPr>
          <w:rFonts w:ascii="Times New Roman" w:hAnsi="Times New Roman" w:cs="Times New Roman"/>
          <w:b/>
          <w:sz w:val="24"/>
          <w:szCs w:val="24"/>
        </w:rPr>
        <w:t>TERMINI INFORMACIJA ŠKOLSKA 202</w:t>
      </w:r>
      <w:r w:rsidR="00246A81" w:rsidRPr="007F22BE">
        <w:rPr>
          <w:rFonts w:ascii="Times New Roman" w:hAnsi="Times New Roman" w:cs="Times New Roman"/>
          <w:b/>
          <w:sz w:val="24"/>
          <w:szCs w:val="24"/>
        </w:rPr>
        <w:t>6</w:t>
      </w:r>
      <w:r w:rsidRPr="007F22BE">
        <w:rPr>
          <w:rFonts w:ascii="Times New Roman" w:hAnsi="Times New Roman" w:cs="Times New Roman"/>
          <w:b/>
          <w:sz w:val="24"/>
          <w:szCs w:val="24"/>
        </w:rPr>
        <w:t>/202</w:t>
      </w:r>
      <w:r w:rsidR="00246A81" w:rsidRPr="007F22BE">
        <w:rPr>
          <w:rFonts w:ascii="Times New Roman" w:hAnsi="Times New Roman" w:cs="Times New Roman"/>
          <w:b/>
          <w:sz w:val="24"/>
          <w:szCs w:val="24"/>
        </w:rPr>
        <w:t>7</w:t>
      </w:r>
      <w:r w:rsidRPr="007F22BE">
        <w:rPr>
          <w:rFonts w:ascii="Times New Roman" w:hAnsi="Times New Roman" w:cs="Times New Roman"/>
          <w:b/>
          <w:sz w:val="24"/>
          <w:szCs w:val="24"/>
        </w:rPr>
        <w:t>. GODINA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3"/>
        <w:gridCol w:w="2324"/>
        <w:gridCol w:w="1229"/>
        <w:gridCol w:w="2835"/>
        <w:gridCol w:w="2835"/>
      </w:tblGrid>
      <w:tr w:rsidR="00762016" w:rsidRPr="007F22BE" w14:paraId="725076C5" w14:textId="77777777" w:rsidTr="00246A81">
        <w:trPr>
          <w:jc w:val="center"/>
        </w:trPr>
        <w:tc>
          <w:tcPr>
            <w:tcW w:w="573" w:type="dxa"/>
            <w:vAlign w:val="center"/>
          </w:tcPr>
          <w:p w14:paraId="5AE7C91F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2324" w:type="dxa"/>
            <w:vAlign w:val="center"/>
          </w:tcPr>
          <w:p w14:paraId="091BA081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b/>
                <w:sz w:val="24"/>
                <w:szCs w:val="24"/>
              </w:rPr>
              <w:t>razrednik</w:t>
            </w:r>
          </w:p>
        </w:tc>
        <w:tc>
          <w:tcPr>
            <w:tcW w:w="1040" w:type="dxa"/>
            <w:vAlign w:val="center"/>
          </w:tcPr>
          <w:p w14:paraId="03E91A1B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b/>
                <w:sz w:val="24"/>
                <w:szCs w:val="24"/>
              </w:rPr>
              <w:t>odjeljenje</w:t>
            </w:r>
          </w:p>
        </w:tc>
        <w:tc>
          <w:tcPr>
            <w:tcW w:w="2835" w:type="dxa"/>
            <w:vAlign w:val="center"/>
          </w:tcPr>
          <w:p w14:paraId="209B3BDA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b/>
                <w:sz w:val="24"/>
                <w:szCs w:val="24"/>
              </w:rPr>
              <w:t>R-1 Neparni prva, parni druga</w:t>
            </w:r>
          </w:p>
        </w:tc>
        <w:tc>
          <w:tcPr>
            <w:tcW w:w="2835" w:type="dxa"/>
            <w:vAlign w:val="center"/>
          </w:tcPr>
          <w:p w14:paraId="7E53DCF4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b/>
                <w:sz w:val="24"/>
                <w:szCs w:val="24"/>
              </w:rPr>
              <w:t>R-2 Parni prva, neparni druga</w:t>
            </w:r>
          </w:p>
        </w:tc>
      </w:tr>
      <w:tr w:rsidR="00246A81" w:rsidRPr="007F22BE" w14:paraId="307CFEB4" w14:textId="77777777" w:rsidTr="00246A81">
        <w:trPr>
          <w:jc w:val="center"/>
        </w:trPr>
        <w:tc>
          <w:tcPr>
            <w:tcW w:w="573" w:type="dxa"/>
            <w:vAlign w:val="center"/>
          </w:tcPr>
          <w:p w14:paraId="4DB51103" w14:textId="3AB17ED3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4" w:type="dxa"/>
            <w:vAlign w:val="center"/>
          </w:tcPr>
          <w:p w14:paraId="365A9069" w14:textId="14F0E562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SANELA DŽELKO</w:t>
            </w:r>
          </w:p>
        </w:tc>
        <w:tc>
          <w:tcPr>
            <w:tcW w:w="1040" w:type="dxa"/>
            <w:vAlign w:val="center"/>
          </w:tcPr>
          <w:p w14:paraId="4B62CA56" w14:textId="52410AE0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1-1</w:t>
            </w:r>
          </w:p>
        </w:tc>
        <w:tc>
          <w:tcPr>
            <w:tcW w:w="2835" w:type="dxa"/>
            <w:vAlign w:val="center"/>
          </w:tcPr>
          <w:p w14:paraId="27F915F1" w14:textId="157DEACB" w:rsidR="00246A81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894BEB" w:rsidRPr="007F22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35-11,25</w:t>
            </w:r>
          </w:p>
        </w:tc>
        <w:tc>
          <w:tcPr>
            <w:tcW w:w="2835" w:type="dxa"/>
            <w:vAlign w:val="center"/>
          </w:tcPr>
          <w:p w14:paraId="19CB8A15" w14:textId="4FACEEB3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15,05-15,50</w:t>
            </w:r>
          </w:p>
        </w:tc>
      </w:tr>
      <w:tr w:rsidR="00246A81" w:rsidRPr="007F22BE" w14:paraId="657E1129" w14:textId="77777777" w:rsidTr="00246A81">
        <w:trPr>
          <w:jc w:val="center"/>
        </w:trPr>
        <w:tc>
          <w:tcPr>
            <w:tcW w:w="573" w:type="dxa"/>
            <w:vAlign w:val="center"/>
          </w:tcPr>
          <w:p w14:paraId="56A02AA8" w14:textId="4436F6C2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4" w:type="dxa"/>
            <w:vAlign w:val="center"/>
          </w:tcPr>
          <w:p w14:paraId="59915F46" w14:textId="213DECCA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ZUMRETA HURIĆ</w:t>
            </w:r>
          </w:p>
        </w:tc>
        <w:tc>
          <w:tcPr>
            <w:tcW w:w="1040" w:type="dxa"/>
            <w:vAlign w:val="center"/>
          </w:tcPr>
          <w:p w14:paraId="3900DE04" w14:textId="755FE7B0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835" w:type="dxa"/>
            <w:vAlign w:val="center"/>
          </w:tcPr>
          <w:p w14:paraId="71521445" w14:textId="48E7CF3E" w:rsidR="00246A81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10,35-11,25</w:t>
            </w:r>
          </w:p>
        </w:tc>
        <w:tc>
          <w:tcPr>
            <w:tcW w:w="2835" w:type="dxa"/>
            <w:vAlign w:val="center"/>
          </w:tcPr>
          <w:p w14:paraId="74E08C94" w14:textId="2BB5CCA1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etvrtak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15,05-15,50</w:t>
            </w:r>
          </w:p>
        </w:tc>
      </w:tr>
      <w:tr w:rsidR="00762016" w:rsidRPr="007F22BE" w14:paraId="39C01DF1" w14:textId="77777777" w:rsidTr="00246A81">
        <w:trPr>
          <w:jc w:val="center"/>
        </w:trPr>
        <w:tc>
          <w:tcPr>
            <w:tcW w:w="573" w:type="dxa"/>
            <w:vAlign w:val="center"/>
          </w:tcPr>
          <w:p w14:paraId="13E966C5" w14:textId="61AA79DE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24" w:type="dxa"/>
            <w:vAlign w:val="center"/>
          </w:tcPr>
          <w:p w14:paraId="7C184923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ALMA FATIĆ</w:t>
            </w:r>
          </w:p>
        </w:tc>
        <w:tc>
          <w:tcPr>
            <w:tcW w:w="1040" w:type="dxa"/>
            <w:vAlign w:val="center"/>
          </w:tcPr>
          <w:p w14:paraId="4ABABF0C" w14:textId="7983C242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2-1</w:t>
            </w:r>
          </w:p>
        </w:tc>
        <w:tc>
          <w:tcPr>
            <w:tcW w:w="2835" w:type="dxa"/>
            <w:vAlign w:val="center"/>
          </w:tcPr>
          <w:p w14:paraId="79400899" w14:textId="652960D7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16,00-16,45</w:t>
            </w:r>
          </w:p>
        </w:tc>
        <w:tc>
          <w:tcPr>
            <w:tcW w:w="2835" w:type="dxa"/>
            <w:vAlign w:val="center"/>
          </w:tcPr>
          <w:p w14:paraId="2896BC3C" w14:textId="716CB817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10,40-11,30</w:t>
            </w:r>
          </w:p>
        </w:tc>
      </w:tr>
      <w:tr w:rsidR="00762016" w:rsidRPr="007F22BE" w14:paraId="4A10E76D" w14:textId="77777777" w:rsidTr="00246A81">
        <w:trPr>
          <w:jc w:val="center"/>
        </w:trPr>
        <w:tc>
          <w:tcPr>
            <w:tcW w:w="573" w:type="dxa"/>
            <w:vAlign w:val="center"/>
          </w:tcPr>
          <w:p w14:paraId="1A497FB8" w14:textId="2898C502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24" w:type="dxa"/>
            <w:vAlign w:val="center"/>
          </w:tcPr>
          <w:p w14:paraId="10B56F2B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ZEJNA SULJEVIĆ</w:t>
            </w:r>
          </w:p>
        </w:tc>
        <w:tc>
          <w:tcPr>
            <w:tcW w:w="1040" w:type="dxa"/>
            <w:vAlign w:val="center"/>
          </w:tcPr>
          <w:p w14:paraId="1B767660" w14:textId="1F44963A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2-2</w:t>
            </w:r>
          </w:p>
        </w:tc>
        <w:tc>
          <w:tcPr>
            <w:tcW w:w="2835" w:type="dxa"/>
            <w:vAlign w:val="center"/>
          </w:tcPr>
          <w:p w14:paraId="2AA80BBB" w14:textId="6CABC9C2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16,40-17,20</w:t>
            </w:r>
          </w:p>
        </w:tc>
        <w:tc>
          <w:tcPr>
            <w:tcW w:w="2835" w:type="dxa"/>
            <w:vAlign w:val="center"/>
          </w:tcPr>
          <w:p w14:paraId="0BD6CA05" w14:textId="697C3D92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9,50-10,35</w:t>
            </w:r>
          </w:p>
        </w:tc>
      </w:tr>
      <w:tr w:rsidR="00762016" w:rsidRPr="007F22BE" w14:paraId="025971F4" w14:textId="77777777" w:rsidTr="00246A81">
        <w:trPr>
          <w:jc w:val="center"/>
        </w:trPr>
        <w:tc>
          <w:tcPr>
            <w:tcW w:w="573" w:type="dxa"/>
            <w:vAlign w:val="center"/>
          </w:tcPr>
          <w:p w14:paraId="058B10A0" w14:textId="064A4EDA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24" w:type="dxa"/>
            <w:vAlign w:val="center"/>
          </w:tcPr>
          <w:p w14:paraId="43097D4D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AZEMINA KASUM</w:t>
            </w:r>
          </w:p>
        </w:tc>
        <w:tc>
          <w:tcPr>
            <w:tcW w:w="1040" w:type="dxa"/>
            <w:vAlign w:val="center"/>
          </w:tcPr>
          <w:p w14:paraId="5E18CF22" w14:textId="4050D885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2835" w:type="dxa"/>
            <w:vAlign w:val="center"/>
          </w:tcPr>
          <w:p w14:paraId="78CF3539" w14:textId="3C66B9ED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8,50-9,35</w:t>
            </w:r>
          </w:p>
        </w:tc>
        <w:tc>
          <w:tcPr>
            <w:tcW w:w="2835" w:type="dxa"/>
            <w:vAlign w:val="center"/>
          </w:tcPr>
          <w:p w14:paraId="4039BECC" w14:textId="3B05DC37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15,05-15,50</w:t>
            </w:r>
          </w:p>
        </w:tc>
      </w:tr>
      <w:tr w:rsidR="00762016" w:rsidRPr="007F22BE" w14:paraId="4D2E311E" w14:textId="77777777" w:rsidTr="00246A81">
        <w:trPr>
          <w:jc w:val="center"/>
        </w:trPr>
        <w:tc>
          <w:tcPr>
            <w:tcW w:w="573" w:type="dxa"/>
            <w:vAlign w:val="center"/>
          </w:tcPr>
          <w:p w14:paraId="3C7548F3" w14:textId="35C4EDAC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24" w:type="dxa"/>
            <w:vAlign w:val="center"/>
          </w:tcPr>
          <w:p w14:paraId="7A7C6BAA" w14:textId="210453AD" w:rsidR="00762016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HALIMA KAHRIMAN-RAMOVIĆ</w:t>
            </w:r>
          </w:p>
        </w:tc>
        <w:tc>
          <w:tcPr>
            <w:tcW w:w="1040" w:type="dxa"/>
            <w:vAlign w:val="center"/>
          </w:tcPr>
          <w:p w14:paraId="123B645A" w14:textId="09D78378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2835" w:type="dxa"/>
            <w:vAlign w:val="center"/>
          </w:tcPr>
          <w:p w14:paraId="0B859376" w14:textId="54E02C73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9,50-10,35</w:t>
            </w:r>
          </w:p>
        </w:tc>
        <w:tc>
          <w:tcPr>
            <w:tcW w:w="2835" w:type="dxa"/>
            <w:vAlign w:val="center"/>
          </w:tcPr>
          <w:p w14:paraId="1E76C347" w14:textId="655E042E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16,45-17,30</w:t>
            </w:r>
          </w:p>
        </w:tc>
      </w:tr>
      <w:tr w:rsidR="00762016" w:rsidRPr="007F22BE" w14:paraId="3AAA8DDC" w14:textId="77777777" w:rsidTr="00246A81">
        <w:trPr>
          <w:jc w:val="center"/>
        </w:trPr>
        <w:tc>
          <w:tcPr>
            <w:tcW w:w="573" w:type="dxa"/>
            <w:vAlign w:val="center"/>
          </w:tcPr>
          <w:p w14:paraId="001F19D4" w14:textId="213EF96A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24" w:type="dxa"/>
            <w:vAlign w:val="center"/>
          </w:tcPr>
          <w:p w14:paraId="442E89E5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MERSUDIN TUFO</w:t>
            </w:r>
          </w:p>
        </w:tc>
        <w:tc>
          <w:tcPr>
            <w:tcW w:w="1040" w:type="dxa"/>
            <w:vAlign w:val="center"/>
          </w:tcPr>
          <w:p w14:paraId="486CF2A7" w14:textId="18F3317F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4-1</w:t>
            </w:r>
          </w:p>
        </w:tc>
        <w:tc>
          <w:tcPr>
            <w:tcW w:w="2835" w:type="dxa"/>
            <w:vAlign w:val="center"/>
          </w:tcPr>
          <w:p w14:paraId="16A5DE71" w14:textId="6F5EF298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16,45-17,30</w:t>
            </w:r>
          </w:p>
        </w:tc>
        <w:tc>
          <w:tcPr>
            <w:tcW w:w="2835" w:type="dxa"/>
            <w:vAlign w:val="center"/>
          </w:tcPr>
          <w:p w14:paraId="74534C7F" w14:textId="48F26E4E" w:rsidR="00762016" w:rsidRPr="007F22BE" w:rsidRDefault="00292DA9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 </w:t>
            </w:r>
          </w:p>
        </w:tc>
      </w:tr>
      <w:tr w:rsidR="00762016" w:rsidRPr="007F22BE" w14:paraId="3B924334" w14:textId="77777777" w:rsidTr="00246A81">
        <w:trPr>
          <w:jc w:val="center"/>
        </w:trPr>
        <w:tc>
          <w:tcPr>
            <w:tcW w:w="573" w:type="dxa"/>
            <w:vAlign w:val="center"/>
          </w:tcPr>
          <w:p w14:paraId="3C111627" w14:textId="12C26E2B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24" w:type="dxa"/>
            <w:vAlign w:val="center"/>
          </w:tcPr>
          <w:p w14:paraId="768B98DA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MINA ŠAHIĆ</w:t>
            </w:r>
          </w:p>
        </w:tc>
        <w:tc>
          <w:tcPr>
            <w:tcW w:w="1040" w:type="dxa"/>
            <w:vAlign w:val="center"/>
          </w:tcPr>
          <w:p w14:paraId="6473D65C" w14:textId="5B74ED40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4-2</w:t>
            </w:r>
          </w:p>
        </w:tc>
        <w:tc>
          <w:tcPr>
            <w:tcW w:w="2835" w:type="dxa"/>
            <w:vAlign w:val="center"/>
          </w:tcPr>
          <w:p w14:paraId="4AF3684E" w14:textId="24ACE548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ut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orak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16,45-17,30</w:t>
            </w:r>
          </w:p>
        </w:tc>
        <w:tc>
          <w:tcPr>
            <w:tcW w:w="2835" w:type="dxa"/>
            <w:vAlign w:val="center"/>
          </w:tcPr>
          <w:p w14:paraId="76F54CDA" w14:textId="3ECC6354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</w:tr>
      <w:tr w:rsidR="00762016" w:rsidRPr="007F22BE" w14:paraId="1991BBDF" w14:textId="77777777" w:rsidTr="00246A81">
        <w:trPr>
          <w:jc w:val="center"/>
        </w:trPr>
        <w:tc>
          <w:tcPr>
            <w:tcW w:w="573" w:type="dxa"/>
            <w:vAlign w:val="center"/>
          </w:tcPr>
          <w:p w14:paraId="7528ED0A" w14:textId="231340B8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24" w:type="dxa"/>
            <w:vAlign w:val="center"/>
          </w:tcPr>
          <w:p w14:paraId="3E1A9FF4" w14:textId="77777777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SABINA KAZAZOVIĆ</w:t>
            </w:r>
          </w:p>
        </w:tc>
        <w:tc>
          <w:tcPr>
            <w:tcW w:w="1040" w:type="dxa"/>
            <w:vAlign w:val="center"/>
          </w:tcPr>
          <w:p w14:paraId="1E772F48" w14:textId="3E1D2B00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</w:p>
        </w:tc>
        <w:tc>
          <w:tcPr>
            <w:tcW w:w="2835" w:type="dxa"/>
            <w:vAlign w:val="center"/>
          </w:tcPr>
          <w:p w14:paraId="5D5D9640" w14:textId="4B29D87D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9,50-10,35</w:t>
            </w:r>
          </w:p>
        </w:tc>
        <w:tc>
          <w:tcPr>
            <w:tcW w:w="2835" w:type="dxa"/>
            <w:vAlign w:val="center"/>
          </w:tcPr>
          <w:p w14:paraId="6A59FED2" w14:textId="5FC4F79D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15,55-16,40</w:t>
            </w:r>
          </w:p>
        </w:tc>
      </w:tr>
      <w:tr w:rsidR="00762016" w:rsidRPr="007F22BE" w14:paraId="2174BD25" w14:textId="77777777" w:rsidTr="00246A81">
        <w:trPr>
          <w:jc w:val="center"/>
        </w:trPr>
        <w:tc>
          <w:tcPr>
            <w:tcW w:w="573" w:type="dxa"/>
            <w:vAlign w:val="center"/>
          </w:tcPr>
          <w:p w14:paraId="06E11DFA" w14:textId="130A1B04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24" w:type="dxa"/>
            <w:vAlign w:val="center"/>
          </w:tcPr>
          <w:p w14:paraId="0547A9A2" w14:textId="1EDFA48C" w:rsidR="00762016" w:rsidRPr="007F22BE" w:rsidRDefault="00000000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46A81" w:rsidRPr="007F22BE">
              <w:rPr>
                <w:rFonts w:ascii="Times New Roman" w:hAnsi="Times New Roman" w:cs="Times New Roman"/>
                <w:sz w:val="24"/>
                <w:szCs w:val="24"/>
              </w:rPr>
              <w:t>ERMIN SUBAŠIĆ</w:t>
            </w:r>
          </w:p>
        </w:tc>
        <w:tc>
          <w:tcPr>
            <w:tcW w:w="1040" w:type="dxa"/>
            <w:vAlign w:val="center"/>
          </w:tcPr>
          <w:p w14:paraId="29436CF7" w14:textId="370A606E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5-2</w:t>
            </w:r>
          </w:p>
        </w:tc>
        <w:tc>
          <w:tcPr>
            <w:tcW w:w="2835" w:type="dxa"/>
            <w:vAlign w:val="center"/>
          </w:tcPr>
          <w:p w14:paraId="1AB813A7" w14:textId="44977BAC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  <w:tc>
          <w:tcPr>
            <w:tcW w:w="2835" w:type="dxa"/>
            <w:vAlign w:val="center"/>
          </w:tcPr>
          <w:p w14:paraId="22D6B1EE" w14:textId="2BF2FA0E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292DA9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18,15</w:t>
            </w:r>
          </w:p>
        </w:tc>
      </w:tr>
      <w:tr w:rsidR="00246A81" w:rsidRPr="007F22BE" w14:paraId="4DE7B2AA" w14:textId="77777777" w:rsidTr="00246A81">
        <w:trPr>
          <w:jc w:val="center"/>
        </w:trPr>
        <w:tc>
          <w:tcPr>
            <w:tcW w:w="573" w:type="dxa"/>
            <w:vAlign w:val="center"/>
          </w:tcPr>
          <w:p w14:paraId="2D22BBEB" w14:textId="6B77FF86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24" w:type="dxa"/>
            <w:vAlign w:val="center"/>
          </w:tcPr>
          <w:p w14:paraId="288FFE90" w14:textId="632A4303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ENESA ĆATIĆ</w:t>
            </w:r>
          </w:p>
        </w:tc>
        <w:tc>
          <w:tcPr>
            <w:tcW w:w="1040" w:type="dxa"/>
            <w:vAlign w:val="center"/>
          </w:tcPr>
          <w:p w14:paraId="3725AC23" w14:textId="6CC3EC49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6-1</w:t>
            </w:r>
          </w:p>
        </w:tc>
        <w:tc>
          <w:tcPr>
            <w:tcW w:w="2835" w:type="dxa"/>
            <w:vAlign w:val="center"/>
          </w:tcPr>
          <w:p w14:paraId="3B497BAE" w14:textId="10759133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12,15-13,05</w:t>
            </w:r>
          </w:p>
        </w:tc>
        <w:tc>
          <w:tcPr>
            <w:tcW w:w="2835" w:type="dxa"/>
            <w:vAlign w:val="center"/>
          </w:tcPr>
          <w:p w14:paraId="0D1A8833" w14:textId="60216EE9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13,10-14,00</w:t>
            </w:r>
          </w:p>
        </w:tc>
      </w:tr>
      <w:tr w:rsidR="00762016" w:rsidRPr="007F22BE" w14:paraId="5157BF0E" w14:textId="77777777" w:rsidTr="00246A81">
        <w:trPr>
          <w:jc w:val="center"/>
        </w:trPr>
        <w:tc>
          <w:tcPr>
            <w:tcW w:w="573" w:type="dxa"/>
            <w:vAlign w:val="center"/>
          </w:tcPr>
          <w:p w14:paraId="28AC101F" w14:textId="57E023EF" w:rsidR="00762016" w:rsidRPr="007F22BE" w:rsidRDefault="00000000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6BF3491B" w14:textId="7108C2AD" w:rsidR="00762016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JASMINA HRNJICA</w:t>
            </w:r>
          </w:p>
        </w:tc>
        <w:tc>
          <w:tcPr>
            <w:tcW w:w="1040" w:type="dxa"/>
            <w:vAlign w:val="center"/>
          </w:tcPr>
          <w:p w14:paraId="6F487476" w14:textId="59FBB9CA" w:rsidR="00762016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6-2</w:t>
            </w:r>
          </w:p>
        </w:tc>
        <w:tc>
          <w:tcPr>
            <w:tcW w:w="2835" w:type="dxa"/>
            <w:vAlign w:val="center"/>
          </w:tcPr>
          <w:p w14:paraId="49A8C32F" w14:textId="7F01FA77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18,20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-19,00</w:t>
            </w:r>
          </w:p>
        </w:tc>
        <w:tc>
          <w:tcPr>
            <w:tcW w:w="2835" w:type="dxa"/>
            <w:vAlign w:val="center"/>
          </w:tcPr>
          <w:p w14:paraId="6A54C6B3" w14:textId="0881DDC7" w:rsidR="00762016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10,00-10,45</w:t>
            </w:r>
          </w:p>
        </w:tc>
      </w:tr>
      <w:tr w:rsidR="00246A81" w:rsidRPr="007F22BE" w14:paraId="06562D84" w14:textId="77777777" w:rsidTr="00246A81">
        <w:trPr>
          <w:jc w:val="center"/>
        </w:trPr>
        <w:tc>
          <w:tcPr>
            <w:tcW w:w="573" w:type="dxa"/>
            <w:vAlign w:val="center"/>
          </w:tcPr>
          <w:p w14:paraId="42B513B6" w14:textId="4C38990A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37C1F9EB" w14:textId="3B318642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SAMRA ĆUPINA</w:t>
            </w:r>
          </w:p>
        </w:tc>
        <w:tc>
          <w:tcPr>
            <w:tcW w:w="1040" w:type="dxa"/>
            <w:vAlign w:val="center"/>
          </w:tcPr>
          <w:p w14:paraId="279D8D2E" w14:textId="4FA9E9B1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6-3</w:t>
            </w:r>
          </w:p>
        </w:tc>
        <w:tc>
          <w:tcPr>
            <w:tcW w:w="2835" w:type="dxa"/>
            <w:vAlign w:val="center"/>
          </w:tcPr>
          <w:p w14:paraId="623DEB43" w14:textId="3982F85C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15,05-15,40</w:t>
            </w:r>
          </w:p>
        </w:tc>
        <w:tc>
          <w:tcPr>
            <w:tcW w:w="2835" w:type="dxa"/>
            <w:vAlign w:val="center"/>
          </w:tcPr>
          <w:p w14:paraId="7C77431A" w14:textId="4A303C02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10,40-11,25</w:t>
            </w:r>
          </w:p>
        </w:tc>
      </w:tr>
      <w:tr w:rsidR="00246A81" w:rsidRPr="007F22BE" w14:paraId="60B21287" w14:textId="77777777" w:rsidTr="00246A81">
        <w:trPr>
          <w:jc w:val="center"/>
        </w:trPr>
        <w:tc>
          <w:tcPr>
            <w:tcW w:w="573" w:type="dxa"/>
            <w:vAlign w:val="center"/>
          </w:tcPr>
          <w:p w14:paraId="2E4969DB" w14:textId="5A1E3C0C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516ED45E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VESIM ŠEHIĆ</w:t>
            </w:r>
          </w:p>
        </w:tc>
        <w:tc>
          <w:tcPr>
            <w:tcW w:w="1040" w:type="dxa"/>
            <w:vAlign w:val="center"/>
          </w:tcPr>
          <w:p w14:paraId="23D603E0" w14:textId="7A7D82AA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</w:p>
        </w:tc>
        <w:tc>
          <w:tcPr>
            <w:tcW w:w="2835" w:type="dxa"/>
            <w:vAlign w:val="center"/>
          </w:tcPr>
          <w:p w14:paraId="645F672A" w14:textId="05C6532D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17,30-18,00</w:t>
            </w:r>
          </w:p>
        </w:tc>
        <w:tc>
          <w:tcPr>
            <w:tcW w:w="2835" w:type="dxa"/>
            <w:vAlign w:val="center"/>
          </w:tcPr>
          <w:p w14:paraId="3B059857" w14:textId="33AD7796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etvrtak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10,35-11,00</w:t>
            </w:r>
          </w:p>
        </w:tc>
      </w:tr>
      <w:tr w:rsidR="00246A81" w:rsidRPr="007F22BE" w14:paraId="37190413" w14:textId="77777777" w:rsidTr="00246A81">
        <w:trPr>
          <w:jc w:val="center"/>
        </w:trPr>
        <w:tc>
          <w:tcPr>
            <w:tcW w:w="573" w:type="dxa"/>
            <w:vAlign w:val="center"/>
          </w:tcPr>
          <w:p w14:paraId="2A7DA57A" w14:textId="78275140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31420A65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AMELA DŽEKO</w:t>
            </w:r>
          </w:p>
        </w:tc>
        <w:tc>
          <w:tcPr>
            <w:tcW w:w="1040" w:type="dxa"/>
            <w:vAlign w:val="center"/>
          </w:tcPr>
          <w:p w14:paraId="4D958CB2" w14:textId="00FA3DE1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7-2</w:t>
            </w:r>
          </w:p>
        </w:tc>
        <w:tc>
          <w:tcPr>
            <w:tcW w:w="2835" w:type="dxa"/>
            <w:vAlign w:val="center"/>
          </w:tcPr>
          <w:p w14:paraId="7D4377DB" w14:textId="208617CC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11,30-12,10</w:t>
            </w:r>
          </w:p>
        </w:tc>
        <w:tc>
          <w:tcPr>
            <w:tcW w:w="2835" w:type="dxa"/>
            <w:vAlign w:val="center"/>
          </w:tcPr>
          <w:p w14:paraId="2059FBAE" w14:textId="1A088D63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17,30-18,15</w:t>
            </w:r>
          </w:p>
        </w:tc>
      </w:tr>
      <w:tr w:rsidR="00246A81" w:rsidRPr="007F22BE" w14:paraId="08E22418" w14:textId="77777777" w:rsidTr="00246A81">
        <w:trPr>
          <w:jc w:val="center"/>
        </w:trPr>
        <w:tc>
          <w:tcPr>
            <w:tcW w:w="573" w:type="dxa"/>
            <w:vAlign w:val="center"/>
          </w:tcPr>
          <w:p w14:paraId="55BE19C7" w14:textId="19600834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78EFCF11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EMINA FIŠO</w:t>
            </w:r>
          </w:p>
        </w:tc>
        <w:tc>
          <w:tcPr>
            <w:tcW w:w="1040" w:type="dxa"/>
            <w:vAlign w:val="center"/>
          </w:tcPr>
          <w:p w14:paraId="22E7AEF9" w14:textId="63208D21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7-3</w:t>
            </w:r>
          </w:p>
        </w:tc>
        <w:tc>
          <w:tcPr>
            <w:tcW w:w="2835" w:type="dxa"/>
            <w:vAlign w:val="center"/>
          </w:tcPr>
          <w:p w14:paraId="2D303A3C" w14:textId="00B11ECB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etvrtak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  <w:tc>
          <w:tcPr>
            <w:tcW w:w="2835" w:type="dxa"/>
            <w:vAlign w:val="center"/>
          </w:tcPr>
          <w:p w14:paraId="2E36D6FB" w14:textId="0F53FB9C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17,30-18,15</w:t>
            </w:r>
          </w:p>
        </w:tc>
      </w:tr>
      <w:tr w:rsidR="00246A81" w:rsidRPr="007F22BE" w14:paraId="00CB72EE" w14:textId="77777777" w:rsidTr="00246A81">
        <w:trPr>
          <w:jc w:val="center"/>
        </w:trPr>
        <w:tc>
          <w:tcPr>
            <w:tcW w:w="573" w:type="dxa"/>
            <w:vAlign w:val="center"/>
          </w:tcPr>
          <w:p w14:paraId="668F5614" w14:textId="48580142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23E6214C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AZUR TUFEK</w:t>
            </w:r>
          </w:p>
        </w:tc>
        <w:tc>
          <w:tcPr>
            <w:tcW w:w="1040" w:type="dxa"/>
            <w:vAlign w:val="center"/>
          </w:tcPr>
          <w:p w14:paraId="4E9826E4" w14:textId="27039CD8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</w:p>
        </w:tc>
        <w:tc>
          <w:tcPr>
            <w:tcW w:w="2835" w:type="dxa"/>
            <w:vAlign w:val="center"/>
          </w:tcPr>
          <w:p w14:paraId="3E18E134" w14:textId="20FEA38F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17,30-18,15</w:t>
            </w:r>
          </w:p>
        </w:tc>
        <w:tc>
          <w:tcPr>
            <w:tcW w:w="2835" w:type="dxa"/>
            <w:vAlign w:val="center"/>
          </w:tcPr>
          <w:p w14:paraId="5B8462B4" w14:textId="0EF0FE32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13,10-14,00</w:t>
            </w:r>
          </w:p>
        </w:tc>
      </w:tr>
      <w:tr w:rsidR="00246A81" w:rsidRPr="007F22BE" w14:paraId="1082C5D6" w14:textId="77777777" w:rsidTr="00246A81">
        <w:trPr>
          <w:jc w:val="center"/>
        </w:trPr>
        <w:tc>
          <w:tcPr>
            <w:tcW w:w="573" w:type="dxa"/>
            <w:vAlign w:val="center"/>
          </w:tcPr>
          <w:p w14:paraId="1804B848" w14:textId="56CB7BAD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081E4EE5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MELISA DELALIĆ</w:t>
            </w:r>
          </w:p>
        </w:tc>
        <w:tc>
          <w:tcPr>
            <w:tcW w:w="1040" w:type="dxa"/>
            <w:vAlign w:val="center"/>
          </w:tcPr>
          <w:p w14:paraId="0DC550AB" w14:textId="5BE6B546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8-2</w:t>
            </w:r>
          </w:p>
        </w:tc>
        <w:tc>
          <w:tcPr>
            <w:tcW w:w="2835" w:type="dxa"/>
            <w:vAlign w:val="center"/>
          </w:tcPr>
          <w:p w14:paraId="65B4650E" w14:textId="17E392BF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etvrtak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14,05-14,50</w:t>
            </w:r>
          </w:p>
        </w:tc>
        <w:tc>
          <w:tcPr>
            <w:tcW w:w="2835" w:type="dxa"/>
            <w:vAlign w:val="center"/>
          </w:tcPr>
          <w:p w14:paraId="5495C3BB" w14:textId="6DC3C836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</w:tr>
      <w:tr w:rsidR="00246A81" w:rsidRPr="007F22BE" w14:paraId="5D40A0A0" w14:textId="77777777" w:rsidTr="00246A81">
        <w:trPr>
          <w:jc w:val="center"/>
        </w:trPr>
        <w:tc>
          <w:tcPr>
            <w:tcW w:w="573" w:type="dxa"/>
            <w:vAlign w:val="center"/>
          </w:tcPr>
          <w:p w14:paraId="03EC619C" w14:textId="5E6D3005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1E69605C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HALIMA RAMIĆ</w:t>
            </w:r>
          </w:p>
        </w:tc>
        <w:tc>
          <w:tcPr>
            <w:tcW w:w="1040" w:type="dxa"/>
            <w:vAlign w:val="center"/>
          </w:tcPr>
          <w:p w14:paraId="4BA27639" w14:textId="71B68FEC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8-3</w:t>
            </w:r>
          </w:p>
        </w:tc>
        <w:tc>
          <w:tcPr>
            <w:tcW w:w="2835" w:type="dxa"/>
            <w:vAlign w:val="center"/>
          </w:tcPr>
          <w:p w14:paraId="329E4984" w14:textId="000818F0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etvrtak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16,45-17,30</w:t>
            </w:r>
          </w:p>
        </w:tc>
        <w:tc>
          <w:tcPr>
            <w:tcW w:w="2835" w:type="dxa"/>
            <w:vAlign w:val="center"/>
          </w:tcPr>
          <w:p w14:paraId="7D771A80" w14:textId="7A22ECF8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etvrtak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</w:tr>
      <w:tr w:rsidR="00246A81" w:rsidRPr="007F22BE" w14:paraId="4CF0BF7B" w14:textId="77777777" w:rsidTr="00246A81">
        <w:trPr>
          <w:jc w:val="center"/>
        </w:trPr>
        <w:tc>
          <w:tcPr>
            <w:tcW w:w="573" w:type="dxa"/>
            <w:vAlign w:val="center"/>
          </w:tcPr>
          <w:p w14:paraId="135F0B58" w14:textId="12976313" w:rsidR="00246A81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6A81"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4042F40E" w14:textId="3F6833EE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EDIN KAZAZOVIĆ</w:t>
            </w:r>
          </w:p>
        </w:tc>
        <w:tc>
          <w:tcPr>
            <w:tcW w:w="1040" w:type="dxa"/>
            <w:vAlign w:val="center"/>
          </w:tcPr>
          <w:p w14:paraId="639982B1" w14:textId="6A9C5761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</w:p>
        </w:tc>
        <w:tc>
          <w:tcPr>
            <w:tcW w:w="2835" w:type="dxa"/>
            <w:vAlign w:val="center"/>
          </w:tcPr>
          <w:p w14:paraId="1337B6B1" w14:textId="3C42082E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onedjeljak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25-12,15</w:t>
            </w:r>
          </w:p>
        </w:tc>
        <w:tc>
          <w:tcPr>
            <w:tcW w:w="2835" w:type="dxa"/>
            <w:vAlign w:val="center"/>
          </w:tcPr>
          <w:p w14:paraId="5B68577A" w14:textId="301DC464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14,50-15,35</w:t>
            </w:r>
          </w:p>
        </w:tc>
      </w:tr>
      <w:tr w:rsidR="00246A81" w:rsidRPr="007F22BE" w14:paraId="22D7160A" w14:textId="77777777" w:rsidTr="00246A81">
        <w:trPr>
          <w:jc w:val="center"/>
        </w:trPr>
        <w:tc>
          <w:tcPr>
            <w:tcW w:w="573" w:type="dxa"/>
            <w:vAlign w:val="center"/>
          </w:tcPr>
          <w:p w14:paraId="4AEEBB8F" w14:textId="796E670B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439E29AD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EDVINA TUFO</w:t>
            </w:r>
          </w:p>
        </w:tc>
        <w:tc>
          <w:tcPr>
            <w:tcW w:w="1040" w:type="dxa"/>
            <w:vAlign w:val="center"/>
          </w:tcPr>
          <w:p w14:paraId="25B1ABB0" w14:textId="72687EE9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9-2</w:t>
            </w:r>
          </w:p>
        </w:tc>
        <w:tc>
          <w:tcPr>
            <w:tcW w:w="2835" w:type="dxa"/>
            <w:vAlign w:val="center"/>
          </w:tcPr>
          <w:p w14:paraId="2C14509C" w14:textId="72E923CC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  <w:tc>
          <w:tcPr>
            <w:tcW w:w="2835" w:type="dxa"/>
            <w:vAlign w:val="center"/>
          </w:tcPr>
          <w:p w14:paraId="22654A10" w14:textId="650BFA5F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</w:tr>
      <w:tr w:rsidR="00246A81" w:rsidRPr="007F22BE" w14:paraId="0B4A2D9F" w14:textId="77777777" w:rsidTr="00246A81">
        <w:trPr>
          <w:jc w:val="center"/>
        </w:trPr>
        <w:tc>
          <w:tcPr>
            <w:tcW w:w="573" w:type="dxa"/>
            <w:vAlign w:val="center"/>
          </w:tcPr>
          <w:p w14:paraId="5F2CB543" w14:textId="4E90E59A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2C3F" w:rsidRPr="007F22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  <w:vAlign w:val="center"/>
          </w:tcPr>
          <w:p w14:paraId="5132AB8C" w14:textId="77777777" w:rsidR="00246A81" w:rsidRPr="007F22BE" w:rsidRDefault="00246A81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MERSIHA MAHMUTOVIĆ ČEHAJIĆ</w:t>
            </w:r>
          </w:p>
        </w:tc>
        <w:tc>
          <w:tcPr>
            <w:tcW w:w="1040" w:type="dxa"/>
            <w:vAlign w:val="center"/>
          </w:tcPr>
          <w:p w14:paraId="1FEBFC64" w14:textId="77777777" w:rsidR="00246A81" w:rsidRPr="007F22BE" w:rsidRDefault="00246A81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9-3</w:t>
            </w:r>
          </w:p>
        </w:tc>
        <w:tc>
          <w:tcPr>
            <w:tcW w:w="2835" w:type="dxa"/>
            <w:vAlign w:val="center"/>
          </w:tcPr>
          <w:p w14:paraId="3B3E5CB3" w14:textId="6212BDA3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17,30-18,15</w:t>
            </w:r>
          </w:p>
        </w:tc>
        <w:tc>
          <w:tcPr>
            <w:tcW w:w="2835" w:type="dxa"/>
            <w:vAlign w:val="center"/>
          </w:tcPr>
          <w:p w14:paraId="627706BB" w14:textId="5A4350AB" w:rsidR="00246A81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17,30-18,15</w:t>
            </w:r>
          </w:p>
        </w:tc>
      </w:tr>
      <w:tr w:rsidR="00AF2C3F" w:rsidRPr="007F22BE" w14:paraId="2C0FB9D1" w14:textId="77777777" w:rsidTr="00246A81">
        <w:trPr>
          <w:jc w:val="center"/>
        </w:trPr>
        <w:tc>
          <w:tcPr>
            <w:tcW w:w="573" w:type="dxa"/>
            <w:vAlign w:val="center"/>
          </w:tcPr>
          <w:p w14:paraId="2047F462" w14:textId="50D32FD6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324" w:type="dxa"/>
            <w:vAlign w:val="center"/>
          </w:tcPr>
          <w:p w14:paraId="037722A8" w14:textId="461C372A" w:rsidR="00AF2C3F" w:rsidRPr="007F22BE" w:rsidRDefault="00AF2C3F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MEVLIDA TUFO</w:t>
            </w:r>
          </w:p>
        </w:tc>
        <w:tc>
          <w:tcPr>
            <w:tcW w:w="1040" w:type="dxa"/>
            <w:vAlign w:val="center"/>
          </w:tcPr>
          <w:p w14:paraId="0C792C59" w14:textId="3D112968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KORČA</w:t>
            </w:r>
          </w:p>
        </w:tc>
        <w:tc>
          <w:tcPr>
            <w:tcW w:w="2835" w:type="dxa"/>
            <w:vAlign w:val="center"/>
          </w:tcPr>
          <w:p w14:paraId="1FA71758" w14:textId="728C4BB0" w:rsidR="00AF2C3F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rijeda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  <w:tc>
          <w:tcPr>
            <w:tcW w:w="2835" w:type="dxa"/>
            <w:vAlign w:val="center"/>
          </w:tcPr>
          <w:p w14:paraId="6837499B" w14:textId="56FE70CD" w:rsidR="00AF2C3F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</w:tr>
      <w:tr w:rsidR="00AF2C3F" w:rsidRPr="007F22BE" w14:paraId="414E083F" w14:textId="77777777" w:rsidTr="00246A81">
        <w:trPr>
          <w:jc w:val="center"/>
        </w:trPr>
        <w:tc>
          <w:tcPr>
            <w:tcW w:w="573" w:type="dxa"/>
            <w:vAlign w:val="center"/>
          </w:tcPr>
          <w:p w14:paraId="21298782" w14:textId="178B7846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324" w:type="dxa"/>
            <w:vAlign w:val="center"/>
          </w:tcPr>
          <w:p w14:paraId="514049A9" w14:textId="256E0B8D" w:rsidR="00AF2C3F" w:rsidRPr="007F22BE" w:rsidRDefault="00AF2C3F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HIKMETA DELALIĆ</w:t>
            </w:r>
          </w:p>
        </w:tc>
        <w:tc>
          <w:tcPr>
            <w:tcW w:w="1040" w:type="dxa"/>
            <w:vAlign w:val="center"/>
          </w:tcPr>
          <w:p w14:paraId="53CC58C5" w14:textId="657F86B8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1 -R </w:t>
            </w:r>
          </w:p>
          <w:p w14:paraId="2A56C485" w14:textId="08928A79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3-R</w:t>
            </w:r>
          </w:p>
        </w:tc>
        <w:tc>
          <w:tcPr>
            <w:tcW w:w="2835" w:type="dxa"/>
            <w:vAlign w:val="center"/>
          </w:tcPr>
          <w:p w14:paraId="5DBDD9E9" w14:textId="461DDCBE" w:rsidR="00AF2C3F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  <w:tc>
          <w:tcPr>
            <w:tcW w:w="2835" w:type="dxa"/>
            <w:vAlign w:val="center"/>
          </w:tcPr>
          <w:p w14:paraId="575DB74E" w14:textId="593A4A72" w:rsidR="00AF2C3F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>torak</w:t>
            </w:r>
            <w:proofErr w:type="spellEnd"/>
            <w:r w:rsidR="00D0449A"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11,30-12,15</w:t>
            </w:r>
          </w:p>
        </w:tc>
      </w:tr>
      <w:tr w:rsidR="00AF2C3F" w:rsidRPr="007F22BE" w14:paraId="409A3FBC" w14:textId="77777777" w:rsidTr="00246A81">
        <w:trPr>
          <w:jc w:val="center"/>
        </w:trPr>
        <w:tc>
          <w:tcPr>
            <w:tcW w:w="573" w:type="dxa"/>
            <w:vAlign w:val="center"/>
          </w:tcPr>
          <w:p w14:paraId="3359DFF9" w14:textId="4702362C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2324" w:type="dxa"/>
            <w:vAlign w:val="center"/>
          </w:tcPr>
          <w:p w14:paraId="19F22EF2" w14:textId="3A4F316B" w:rsidR="00AF2C3F" w:rsidRPr="007F22BE" w:rsidRDefault="00AF2C3F" w:rsidP="007F22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NERMINA NERADIN</w:t>
            </w:r>
          </w:p>
        </w:tc>
        <w:tc>
          <w:tcPr>
            <w:tcW w:w="1040" w:type="dxa"/>
            <w:vAlign w:val="center"/>
          </w:tcPr>
          <w:p w14:paraId="72EFF722" w14:textId="6860368E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2-R </w:t>
            </w:r>
          </w:p>
          <w:p w14:paraId="7AFFCB6F" w14:textId="6F387F7B" w:rsidR="00AF2C3F" w:rsidRPr="007F22BE" w:rsidRDefault="00AF2C3F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4-R</w:t>
            </w:r>
          </w:p>
        </w:tc>
        <w:tc>
          <w:tcPr>
            <w:tcW w:w="2835" w:type="dxa"/>
            <w:vAlign w:val="center"/>
          </w:tcPr>
          <w:p w14:paraId="422C5324" w14:textId="364C16F7" w:rsidR="00AF2C3F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16,00-16,45</w:t>
            </w:r>
          </w:p>
        </w:tc>
        <w:tc>
          <w:tcPr>
            <w:tcW w:w="2835" w:type="dxa"/>
            <w:vAlign w:val="center"/>
          </w:tcPr>
          <w:p w14:paraId="397E629F" w14:textId="5E001C9A" w:rsidR="00AF2C3F" w:rsidRPr="007F22BE" w:rsidRDefault="00894BEB" w:rsidP="007F22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proofErr w:type="spellEnd"/>
            <w:r w:rsidRPr="007F22BE">
              <w:rPr>
                <w:rFonts w:ascii="Times New Roman" w:hAnsi="Times New Roman" w:cs="Times New Roman"/>
                <w:sz w:val="24"/>
                <w:szCs w:val="24"/>
              </w:rPr>
              <w:t xml:space="preserve"> 10,30-11,15</w:t>
            </w:r>
          </w:p>
        </w:tc>
      </w:tr>
    </w:tbl>
    <w:p w14:paraId="37C4DFA4" w14:textId="77777777" w:rsidR="00762016" w:rsidRPr="007F22BE" w:rsidRDefault="00000000" w:rsidP="007F22BE">
      <w:pPr>
        <w:rPr>
          <w:rFonts w:ascii="Times New Roman" w:hAnsi="Times New Roman" w:cs="Times New Roman"/>
          <w:sz w:val="24"/>
          <w:szCs w:val="24"/>
        </w:rPr>
      </w:pPr>
      <w:r w:rsidRPr="007F22BE">
        <w:rPr>
          <w:rFonts w:ascii="Times New Roman" w:hAnsi="Times New Roman" w:cs="Times New Roman"/>
          <w:b/>
          <w:sz w:val="24"/>
          <w:szCs w:val="24"/>
        </w:rPr>
        <w:t xml:space="preserve">NAPOMENA: </w:t>
      </w:r>
      <w:r w:rsidRPr="007F22BE">
        <w:rPr>
          <w:rFonts w:ascii="Times New Roman" w:hAnsi="Times New Roman" w:cs="Times New Roman"/>
          <w:sz w:val="24"/>
          <w:szCs w:val="24"/>
        </w:rPr>
        <w:t>TERMINI KONSULTACIJA SA PREDMETNIM NASTAVNICIMA SE DOGOVARAJU SA RAZREDNICIMA</w:t>
      </w:r>
    </w:p>
    <w:sectPr w:rsidR="00762016" w:rsidRPr="007F22BE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279939">
    <w:abstractNumId w:val="8"/>
  </w:num>
  <w:num w:numId="2" w16cid:durableId="224685539">
    <w:abstractNumId w:val="6"/>
  </w:num>
  <w:num w:numId="3" w16cid:durableId="1203129347">
    <w:abstractNumId w:val="5"/>
  </w:num>
  <w:num w:numId="4" w16cid:durableId="379671381">
    <w:abstractNumId w:val="4"/>
  </w:num>
  <w:num w:numId="5" w16cid:durableId="2134473253">
    <w:abstractNumId w:val="7"/>
  </w:num>
  <w:num w:numId="6" w16cid:durableId="1947617924">
    <w:abstractNumId w:val="3"/>
  </w:num>
  <w:num w:numId="7" w16cid:durableId="1761442181">
    <w:abstractNumId w:val="2"/>
  </w:num>
  <w:num w:numId="8" w16cid:durableId="1720979009">
    <w:abstractNumId w:val="1"/>
  </w:num>
  <w:num w:numId="9" w16cid:durableId="179432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2E30"/>
    <w:rsid w:val="0015074B"/>
    <w:rsid w:val="00246A81"/>
    <w:rsid w:val="00292DA9"/>
    <w:rsid w:val="0029639D"/>
    <w:rsid w:val="00326F90"/>
    <w:rsid w:val="0045297F"/>
    <w:rsid w:val="00762016"/>
    <w:rsid w:val="007F22BE"/>
    <w:rsid w:val="00894BEB"/>
    <w:rsid w:val="00AA1D8D"/>
    <w:rsid w:val="00AF2C3F"/>
    <w:rsid w:val="00B47730"/>
    <w:rsid w:val="00CB0664"/>
    <w:rsid w:val="00D0449A"/>
    <w:rsid w:val="00F80E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97CF7"/>
  <w14:defaultImageDpi w14:val="300"/>
  <w15:docId w15:val="{F5A9524F-388E-41D6-9349-87DB9F80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5</cp:revision>
  <cp:lastPrinted>2026-10-07T09:50:00Z</cp:lastPrinted>
  <dcterms:created xsi:type="dcterms:W3CDTF">2013-12-23T23:15:00Z</dcterms:created>
  <dcterms:modified xsi:type="dcterms:W3CDTF">2026-10-07T10:26:00Z</dcterms:modified>
  <cp:category/>
</cp:coreProperties>
</file>